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לצרכים ולרצונות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צרכנית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 -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 חייבים, רצון כיף אבל אפשר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 לשתייה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גלידה ביום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לדעת מה חשוב לקנות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יישאר כסף לדברים שחייבים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גלידה כיף אבל אפשר בלעדיה, לכן היא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הגוף חייב מים כדי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צעצועים הם רצון ולא הכרחיים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תרופות הן צורך כי הן חיוניות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וכדאי לוותר על חלק מהרצונות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הגוף צריך הגנה מהקור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פריט לקטגוריה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 - לבדוק שהדוגמאות מתאימות לקטגוריה הנכונה, למשל אוכל בגדים ושינה הם צרכים, ומשחקים ממתקים ובילויים הם רצונות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המראה הבנה בין צורך לרצון עם נימוק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ההגדרה: צורך=חייבים, רצון=כיף אבל אפשר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שחשיבה לפני קנייה עוזרת לנהל כסף בחוכמה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דוגמת הגלידה מהדף ולבקש מהתלמידים למיין פריטים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פתוח - לפעמים אותו פריט יכול להיות גם צורך וגם רצון בהתאם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בחלק הפתוח ליצירת שיחה כיתתית על ניהול תקציב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דברים שאנחנו חייבים. זה נקרא צורך. יש דברים שהם כיף אבל לא חייבים. זה נקרא רצון. נלמד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 ולתפקד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שכיף לקבל אבל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בחוכמה ולחשוב לפני שקונים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ושתייה שהגוף 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מותרות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יקרים ולא הכרחיים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מה לקנות ומה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כסף ולא להוציא הכל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צורך או רצון -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חייבים, רצון כיף אבל אפשר 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יקר, רצון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 צבעוני, רצון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חייבים כדי לחיות?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כיף אבל אפשר 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תרופה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חמים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גלידה ביום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לגור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טוב לדעת מה צורך ומה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לבזבז יותר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מה חשוב לקנות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לקנות רק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אם קונים רק דברים לכיף?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יישאר לנו כסף לצרכים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יישאר כסף לדברים שחייבים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תמיד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גלידה היא 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לשתייה הם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לחיות בלי צעצועים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תרופות כשחולים הן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חייב לקנות כל רצון שיש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לחורף הם צורך כדי להתחמם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אוכל ושתייה הם __________ כי הגוף חייב אותם כדי לחיות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חדש במחשב הוא בדרך כלל __________ ולא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שקונים כדאי לחשוב אם זה __________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יש תקציב מוגבל, כדאי לקנות קודם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גלידה ביום חם היא דוגמה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פריט לקטגוריה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מים לשתייה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 חמים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משחק מחשב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לצרכים ושלוש דוגמאות לרצונות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שקיבלתם מתנה של 50 שקלים. כתבו מה תקנו ולמה - צורך או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לחשוב על זה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